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בעלי חיים מסתגלים לחיים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להישרדות ולהסתגלות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 בעלי החיים מסתתרים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הטמפרטורה נעימה והאוויר לח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לפיזור חום ולשמיעה 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מפיקים מים מהזרעים שהם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שרבים פעילים בלילה כשהאוויר מתקרר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הדבשת היא מחסן שומן, לא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שהם מפרישים מעט מאוד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(אוזניים ענקיות לפיזור 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(דבשת שהיא מחסן שומן)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(מפיקים מים מזרעים)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(פעילים בעיקר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(טמפרטורה נעימה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בצהריים השמש קופחת והמדבר נראה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חיים רבים נחים בשעות החמות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בלילה, כשהאוויר מתקרר, בעלי החיים יוצאים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בעלי החיים חוזרים למחילות כשהחום עולה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התאמה אחת (למשל אוזני הפנק או הדבשת), יסביר כיצד היא עוזרת להישרדות ויביע דעה אישית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יציין שבני אדם נושאים ציוד חיצוני (בקבוקים, כובעים) בעוד בעלי חיים פיתחו פתרונות בגוף ובהתנהגות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בלילה ומנוחה בשעות החום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שומן - מאגר אנרגייה לזמנים של מחסור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הסתגלות לתנאי הסביבה במקום מאבק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השאלה 'לפני הקריאה' כדי להפעיל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שועל הפנק והגמל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'נכון'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הדרכים המיוחדות שבהן בעלי חיים במדבר שורדים חום קיצוני וחוסר במים.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המדבר נראה ריק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שם בעלי חיים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 בעלי החיים מסתתרים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בעלי החיים ישנים בלילה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המדבר 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בחפירת מחילות?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למצוא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הטמפרטורה נעימה והאוויר לח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לברוח מטורפים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המחילות יפות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האוזניים הגדולות של שועל הפנק?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לפיזור חום ולשמיעה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לעוף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לאכסן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באמת נמצא בדבשת הגמל?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מכרסמים קטנים מקבלים מים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שותים הרבה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מפיקים מים מהזרעים שהם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צריכים מים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שותים מהטל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בעלי החיים במדבר פעילים בעיקר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הדבשת של הגמל היא מאגר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לשועל הפנק יש אוזניים ענקיות ביחס לגופו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במדבר מפרישים הרבה מים מגופם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יכול לשתות כמות גדולה מאוד בבת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__________ והחול לוהט בצהרי יום 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 החיים פיתחו __________ מופלאות כדי לשרוד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רבים מבעלי החיים חופרים __________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האוזניים מתפזר חום __________ אל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הדבשת היא בעצם מחסן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מכרסמים קטנים __________ מים מהזרעים שהם אוכלים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הפנק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מפיקים מים מזרעים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טמפרטורה נעימה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מכרסמים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דבשת שהיא מחסן שומן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בעלי חיים רבים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אוזניים ענקיות לפיזור 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מחילות באדמה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פעילים בעיקר בלילה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חוזרים למחילות כשהחום עולה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השמש קופחת והמדבר נראה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רבים נחים בשעות החמות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בלילה, כשהאוויר מתקרר, בעלי החיים יוצאים לפעילות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התאמה של בעל חיים במדבר נראית לכם המרשימה ביותר,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האופן שבו בני אדם מתמודדים עם חום במדבר לבין האופן שבו בעלי חיים מתמודדים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ההתאמה הפשוטה ביותר להישרדות במדבר שמוזכרת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באמת נמצא בדבשת הגמל ולמה היא משמשת?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'סוד ההישרדות' לפי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בקצה - סוד ההישרדות במדבר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