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החיים בקצה - סוד ההישרדות במדבר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כיצד בעלי חיים מסתגלים לחיים במדבר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מידע מפורש ומשתמע בטקסט מידעי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להישרדות ולהסתגלות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רוב בעלי החיים מסתתרים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הטמפרטורה נעימה והאוויר לח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לפיזור חום ולשמיעה חדה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מפיקים מים מהזרעים שהם אוכלים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הטקסט אומר שרבים פעילים בלילה כשהאוויר מתקרר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הדבשת היא מחסן שומן, לא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בטקסט בפירוש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הטקסט אומר שהם מפרישים מעט מאוד 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מצוין בטקסט במפורש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קופחת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התאמות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עודף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מפיקים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(אוזניים ענקיות לפיזור חום)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(דבשת שהיא מחסן שומן)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(מפיקים מים מזרעים)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(פעילים בעיקר בלילה)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(טמפרטורה נעימה יותר)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בצהריים השמש קופחת והמדבר נראה ריק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בעלי חיים רבים נחים בשעות החמות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בלילה, כשהאוויר מתקרר, בעלי החיים יוצאים לפעילות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בעלי החיים חוזרים למחילות כשהחום עולה שוב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יבחר התאמה אחת (למשל אוזני הפנק או הדבשת), יסביר כיצד היא עוזרת להישרדות ויביע דעה אישית מנומקת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התלמיד יציין שבני אדם נושאים ציוד חיצוני (בקבוקים, כובעים) בעוד בעלי חיים פיתחו פתרונות בגוף ובהתנהגות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פעילות בלילה ומנוחה בשעות החום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שומן - מאגר אנרגייה לזמנים של מחסור במזון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המבטאת הסתגלות לתנאי הסביבה במקום מאבק בהם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השאלה 'לפני הקריאה' כדי להפעיל ידע קודם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להראות תמונות של שועל הפנק והגמל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תשובות מגוונות ולא רק 'נכון' אחד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החיים בקצה - סוד ההישרדות במדבר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נקרא טקסט על בעלי חיים שגרים במדבר. נלמד איך הם מתמודדים עם חום גדול ועם מעט 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קופחת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מכה בחום חזק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התאמות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שינויים בגוף או בהתנהגות שעוזרים לחיות בסביבה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מחילות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מנהרות שבעלי חיים חופרים באדמה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עודף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שיש יותר מהדרוש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דבשת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הגבנון שעל גב הגמל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מפיקים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מוציאים, מקבלים מתוך משהו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מפרישים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מוציאים מהגוף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נראה שאין חיים במדבר בצהריים?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שם בעלי חיים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רוב בעלי החיים מסתתרים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בעלי החיים ישנים בלילה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המדבר קר מדי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בעלי חיים חופרים מחילות?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קל יותר למצוא 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הטמפרטורה נעימה והאוויר לח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אפשר לברוח מטורפים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המחילות יפות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לשועל הפנק אוזניים כל כך גדולות?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לשמיעה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לפיזור חום ולשמיעה חדה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לעוף איתן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לאכסן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ממה עשויה הדבשת של הגמל?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אוויר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מאיפה מכרסמים מקבלים מים?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שותים הרבה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מפיקים מים מהזרעים שהם אוכלים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לא צריכים מים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שותים מהטל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רוב בעלי החיים במדבר פעילים בעיקר ביום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הדבשת של הגמל היא מאגר מים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לשועל הפנק יש אוזניים ענקיות ביחס לגופו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בעלי חיים במדבר מפרישים הרבה מים מגופם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הגמל יכול לשתות כמות גדולה מאוד בבת אחת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השמש __________ והחול לוהט בצהרי יום קיץ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בעלי החיים פיתחו __________ מופלאות כדי לשרוד במדבר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רבים מבעלי החיים חופרים __________ באדמה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דרך האוזניים מתפזר חום __________ אל הסביבה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הדבשת היא בעצם מחסן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מכרסמים קטנים __________ מים מהזרעים שהם אוכלים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שועל הפנק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מפיקים מים מזרעים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הגמל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פעילים בעיקר בלילה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מכרסמים קטנים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אוזניים ענקיות לפיזור חום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בעלי חיים רבים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טמפרטורה נעימה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מחילות באדמה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דבשת שהיא מחסן שומן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בעלי החיים חוזרים למחילות כשהחום עולה שוב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בצהריים השמש קופחת והמדבר נראה ריק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בעלי חיים רבים נחים בשעות החמות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בלילה, כשהאוויר מתקרר, בעלי החיים יוצאים לפעילות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קצרה: איזו התאמה של בעל חיים במדבר נראית לכם המרשימה ביותר, ולמה?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השוו בין האופן שבו בני אדם מתמודדים עם חום במדבר לבין האופן שבו בעלי חיים מתמודדים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ההתאמה הפשוטה ביותר להישרדות במדבר שמוזכרת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באמת נמצא בדבשת הגמל ולמה היא משמשת?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משפט אחד שמסכם את 'סוד ההישרדות' לפי הטקסט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החיים בקצה - סוד ההישרדות במדבר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