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בקצה - סוד ההישרדות במדבר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בעלי חיים מסתגלים לחיים במדבר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מידע מפורש ומשתמע בטקסט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להישרדות ולהסתגלות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רוב בעלי החיים מסתתרים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הטמפרטורה נעימה והאוויר לח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אומר שרבים פעילים בלילה כשהאוויר מתקרר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הדבשת היא מחסן שומן, לא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(אוזניים ענקיות לפיזור 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(דבשת שהיא מחסן שומן)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(מפיקים מים מזרעים)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(פעילים בעיקר בלילה)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בצהריים השמש קופחת והמדבר נראה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בעלי חיים רבים נחים בשעות החמות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בלילה, כשהאוויר מתקרר, בעלי החיים יוצאים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בעלי החיים חוזרים למחילות כשהחום עולה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התאמה אחת (למשל אוזני הפנק או הדבשת), יסביר כיצד היא עוזרת להישרדות ויביע דעה אישית 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בלילה ומנוחה בשעות החום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שומן - מאגר אנרגייה לזמנים של מחסור במזון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המבטאת הסתגלות לתנאי הסביבה במקום מאבק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השאלה 'לפני הקריאה' כדי להפעיל ידע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תמונות של שועל הפנק והגמל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מגוונות ולא רק 'נכון' אחד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בקצה - סוד ההישרדות במדבר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מספר על הדרכים המיוחדות שבהן בעלי חיים במדבר שורדים חום קיצוני וחוסר במים.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התאמות  ·  מחילות  ·  קופחת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המדבר נראה ריק בצהריים?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שם בעלי חיים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רוב בעלי החיים מסתתרים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בעלי החיים ישנים בלילה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היתרון בחפירת מחילות?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קל יותר למצוא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הטמפרטורה נעימה והאוויר לח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אפשר לברוח מטורפים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 בעלי החיים במדבר פעילים בעיקר ביום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הדבשת של הגמל היא מאגר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השמש __________ והחול לוהט בצהרי יום קיץ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בעלי החיים פיתחו __________ מופלאות כדי לשרוד במדבר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רבים מבעלי החיים חופרים __________ באדמה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שועל הפנק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מפיקים מים מזרעים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הגמל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אוזניים ענקיות לפיזור 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מכרסמים קטנים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פעילים בעיקר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בעלי חיים רבים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דבשת שהיא מחסן שומן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בלילה, כשהאוויר מתקרר, בעלי החיים יוצאים לפעילות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בצהריים השמש קופחת והמדבר נראה ריק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בעלי החיים חוזרים למחילות כשהחום עולה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בעלי חיים רבים נחים בשעות החמות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איזו התאמה של בעל חיים במדבר נראית לכם המרשימה ביותר,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ההתאמה הפשוטה ביותר להישרדות במדבר שמוזכרת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באמת נמצא בדבשת הגמל ולמה היא משמשת?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החיים בקצה - סוד ההישרדות במדבר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